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Georgia" w:hAnsi="Georgia"/>
          <w:b/>
          <w:color w:val="0D9CAD"/>
          <w:sz w:val="40"/>
        </w:rPr>
        <w:t>Objednávka autorské besedy</w:t>
      </w:r>
    </w:p>
    <w:p>
      <w:r>
        <w:rPr>
          <w:b/>
          <w:color w:val="C78C2C"/>
          <w:sz w:val="16"/>
        </w:rPr>
        <w:t>NEROVNÝ SOUBOJ - Ing. Stanislav Uhlíř</w:t>
      </w:r>
    </w:p>
    <w:p>
      <w:r>
        <w:rPr>
          <w:b/>
          <w:sz w:val="22"/>
        </w:rPr>
        <w:t>Údaje pořadatele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7087"/>
      </w:tblGrid>
      <w:tr>
        <w:trPr>
          <w:trHeight w:val="510"/>
        </w:trPr>
        <w:tc>
          <w:tcPr>
            <w:tcW w:type="dxa" w:w="5103"/>
            <w:shd w:fill="E9F5F6"/>
            <w:vAlign w:val="center"/>
          </w:tcPr>
          <w:p>
            <w:r>
              <w:rPr>
                <w:b/>
              </w:rPr>
              <w:t>Název pořadatele / organizace:</w:t>
            </w:r>
          </w:p>
        </w:tc>
        <w:tc>
          <w:tcPr>
            <w:tcW w:type="dxa" w:w="5103"/>
            <w:vAlign w:val="center"/>
          </w:tcPr>
          <w:p/>
        </w:tc>
      </w:tr>
      <w:tr>
        <w:trPr>
          <w:trHeight w:val="510"/>
        </w:trPr>
        <w:tc>
          <w:tcPr>
            <w:tcW w:type="dxa" w:w="5103"/>
            <w:shd w:fill="E9F5F6"/>
            <w:vAlign w:val="center"/>
          </w:tcPr>
          <w:p>
            <w:r>
              <w:rPr>
                <w:b/>
              </w:rPr>
              <w:t>IČ / DIČ:</w:t>
            </w:r>
          </w:p>
        </w:tc>
        <w:tc>
          <w:tcPr>
            <w:tcW w:type="dxa" w:w="5103"/>
            <w:vAlign w:val="center"/>
          </w:tcPr>
          <w:p/>
        </w:tc>
      </w:tr>
      <w:tr>
        <w:trPr>
          <w:trHeight w:val="510"/>
        </w:trPr>
        <w:tc>
          <w:tcPr>
            <w:tcW w:type="dxa" w:w="5103"/>
            <w:shd w:fill="E9F5F6"/>
            <w:vAlign w:val="center"/>
          </w:tcPr>
          <w:p>
            <w:r>
              <w:rPr>
                <w:b/>
              </w:rPr>
              <w:t>Fakturační adresa:</w:t>
            </w:r>
          </w:p>
        </w:tc>
        <w:tc>
          <w:tcPr>
            <w:tcW w:type="dxa" w:w="5103"/>
            <w:vAlign w:val="center"/>
          </w:tcPr>
          <w:p/>
        </w:tc>
      </w:tr>
      <w:tr>
        <w:trPr>
          <w:trHeight w:val="510"/>
        </w:trPr>
        <w:tc>
          <w:tcPr>
            <w:tcW w:type="dxa" w:w="5103"/>
            <w:shd w:fill="E9F5F6"/>
            <w:vAlign w:val="center"/>
          </w:tcPr>
          <w:p>
            <w:r>
              <w:rPr>
                <w:b/>
              </w:rPr>
              <w:t>Kontaktní osoba:</w:t>
            </w:r>
          </w:p>
        </w:tc>
        <w:tc>
          <w:tcPr>
            <w:tcW w:type="dxa" w:w="5103"/>
            <w:vAlign w:val="center"/>
          </w:tcPr>
          <w:p/>
        </w:tc>
      </w:tr>
      <w:tr>
        <w:trPr>
          <w:trHeight w:val="510"/>
        </w:trPr>
        <w:tc>
          <w:tcPr>
            <w:tcW w:type="dxa" w:w="5103"/>
            <w:shd w:fill="E9F5F6"/>
            <w:vAlign w:val="center"/>
          </w:tcPr>
          <w:p>
            <w:r>
              <w:rPr>
                <w:b/>
              </w:rPr>
              <w:t>Telefon a e-mail:</w:t>
            </w:r>
          </w:p>
        </w:tc>
        <w:tc>
          <w:tcPr>
            <w:tcW w:type="dxa" w:w="5103"/>
            <w:vAlign w:val="center"/>
          </w:tcPr>
          <w:p/>
        </w:tc>
      </w:tr>
    </w:tbl>
    <w:p>
      <w:r>
        <w:rPr>
          <w:b/>
          <w:sz w:val="22"/>
        </w:rPr>
        <w:t>Údaje o besedě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7087"/>
      </w:tblGrid>
      <w:tr>
        <w:trPr>
          <w:trHeight w:val="510"/>
        </w:trPr>
        <w:tc>
          <w:tcPr>
            <w:tcW w:type="dxa" w:w="5103"/>
            <w:shd w:fill="E9F5F6"/>
            <w:vAlign w:val="center"/>
          </w:tcPr>
          <w:p>
            <w:r>
              <w:rPr>
                <w:b/>
              </w:rPr>
              <w:t>Datum a čas:</w:t>
            </w:r>
          </w:p>
        </w:tc>
        <w:tc>
          <w:tcPr>
            <w:tcW w:type="dxa" w:w="5103"/>
            <w:vAlign w:val="center"/>
          </w:tcPr>
          <w:p/>
        </w:tc>
      </w:tr>
      <w:tr>
        <w:trPr>
          <w:trHeight w:val="510"/>
        </w:trPr>
        <w:tc>
          <w:tcPr>
            <w:tcW w:type="dxa" w:w="5103"/>
            <w:shd w:fill="E9F5F6"/>
            <w:vAlign w:val="center"/>
          </w:tcPr>
          <w:p>
            <w:r>
              <w:rPr>
                <w:b/>
              </w:rPr>
              <w:t>Místo konání:</w:t>
            </w:r>
          </w:p>
        </w:tc>
        <w:tc>
          <w:tcPr>
            <w:tcW w:type="dxa" w:w="5103"/>
            <w:vAlign w:val="center"/>
          </w:tcPr>
          <w:p/>
        </w:tc>
      </w:tr>
      <w:tr>
        <w:trPr>
          <w:trHeight w:val="510"/>
        </w:trPr>
        <w:tc>
          <w:tcPr>
            <w:tcW w:type="dxa" w:w="5103"/>
            <w:shd w:fill="E9F5F6"/>
            <w:vAlign w:val="center"/>
          </w:tcPr>
          <w:p>
            <w:r>
              <w:rPr>
                <w:b/>
              </w:rPr>
              <w:t>Předpokládaný počet návštěvníků:</w:t>
            </w:r>
          </w:p>
        </w:tc>
        <w:tc>
          <w:tcPr>
            <w:tcW w:type="dxa" w:w="5103"/>
            <w:vAlign w:val="center"/>
          </w:tcPr>
          <w:p/>
        </w:tc>
      </w:tr>
      <w:tr>
        <w:trPr>
          <w:trHeight w:val="510"/>
        </w:trPr>
        <w:tc>
          <w:tcPr>
            <w:tcW w:type="dxa" w:w="5103"/>
            <w:shd w:fill="E9F5F6"/>
            <w:vAlign w:val="center"/>
          </w:tcPr>
          <w:p>
            <w:r>
              <w:rPr>
                <w:b/>
              </w:rPr>
              <w:t>Čas příjezdu / zvukové zkoušky:</w:t>
            </w:r>
          </w:p>
        </w:tc>
        <w:tc>
          <w:tcPr>
            <w:tcW w:type="dxa" w:w="5103"/>
            <w:vAlign w:val="center"/>
          </w:tcPr>
          <w:p/>
        </w:tc>
      </w:tr>
      <w:tr>
        <w:trPr>
          <w:trHeight w:val="510"/>
        </w:trPr>
        <w:tc>
          <w:tcPr>
            <w:tcW w:type="dxa" w:w="5103"/>
            <w:shd w:fill="E9F5F6"/>
            <w:vAlign w:val="center"/>
          </w:tcPr>
          <w:p>
            <w:r>
              <w:rPr>
                <w:b/>
              </w:rPr>
              <w:t>Parkování / vykládka:</w:t>
            </w:r>
          </w:p>
        </w:tc>
        <w:tc>
          <w:tcPr>
            <w:tcW w:type="dxa" w:w="5103"/>
            <w:vAlign w:val="center"/>
          </w:tcPr>
          <w:p/>
        </w:tc>
      </w:tr>
    </w:tbl>
    <w:p>
      <w:r>
        <w:rPr>
          <w:b/>
          <w:sz w:val="22"/>
        </w:rPr>
        <w:t>Organizační zajištění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r>
              <w:t>☐ Mikrofon a odpovídající ozvučení</w:t>
            </w:r>
          </w:p>
        </w:tc>
        <w:tc>
          <w:tcPr>
            <w:tcW w:type="dxa" w:w="5103"/>
          </w:tcPr>
          <w:p>
            <w:r>
              <w:t>☐ Přítomný technik / zvukař</w:t>
            </w:r>
          </w:p>
        </w:tc>
      </w:tr>
      <w:tr>
        <w:tc>
          <w:tcPr>
            <w:tcW w:type="dxa" w:w="5103"/>
          </w:tcPr>
          <w:p>
            <w:r>
              <w:t>☐ Stůl a dvě židle</w:t>
            </w:r>
          </w:p>
        </w:tc>
        <w:tc>
          <w:tcPr>
            <w:tcW w:type="dxa" w:w="5103"/>
          </w:tcPr>
          <w:p>
            <w:r>
              <w:t>☐ Místo pro prodej knih</w:t>
            </w:r>
          </w:p>
        </w:tc>
      </w:tr>
      <w:tr>
        <w:tc>
          <w:tcPr>
            <w:tcW w:type="dxa" w:w="5103"/>
          </w:tcPr>
          <w:p>
            <w:r>
              <w:t>☐ Základní občerstvení pro dvě osoby</w:t>
            </w:r>
          </w:p>
        </w:tc>
        <w:tc>
          <w:tcPr>
            <w:tcW w:type="dxa" w:w="5103"/>
          </w:tcPr>
          <w:p>
            <w:r>
              <w:t>☐ Projektor a plátno - po dohodě</w:t>
            </w:r>
          </w:p>
        </w:tc>
      </w:tr>
    </w:tbl>
    <w:p>
      <w:r>
        <w:rPr>
          <w:b/>
          <w:sz w:val="22"/>
        </w:rPr>
        <w:t>Poznámky a požadovaná podoba programu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6"/>
      </w:tblGrid>
      <w:tr>
        <w:trPr>
          <w:trHeight w:val="680"/>
        </w:trPr>
        <w:tc>
          <w:tcPr>
            <w:tcW w:type="dxa" w:w="10206"/>
          </w:tcPr>
          <w:p/>
        </w:tc>
      </w:tr>
      <w:tr>
        <w:trPr>
          <w:trHeight w:val="680"/>
        </w:trPr>
        <w:tc>
          <w:tcPr>
            <w:tcW w:type="dxa" w:w="10206"/>
          </w:tcPr>
          <w:p/>
        </w:tc>
      </w:tr>
    </w:tbl>
    <w:p>
      <w:r>
        <w:rPr>
          <w:b/>
          <w:sz w:val="22"/>
        </w:rPr>
        <w:t>Dohodnutá cena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  <w:shd w:fill="E9F5F6"/>
          </w:tcPr>
          <w:p>
            <w:r>
              <w:rPr>
                <w:b/>
              </w:rPr>
              <w:t>Cena / honorář:</w:t>
            </w:r>
          </w:p>
        </w:tc>
        <w:tc>
          <w:tcPr>
            <w:tcW w:type="dxa" w:w="5103"/>
          </w:tcPr>
          <w:p>
            <w:r/>
          </w:p>
        </w:tc>
      </w:tr>
    </w:tbl>
    <w:p>
      <w:r>
        <w:rPr>
          <w:i/>
        </w:rPr>
        <w:t>Objednávkou potvrzuji, že jsem se seznámil/a s dokumentem Podmínky a organizační informace k autorské besedě.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</w:tcPr>
          <w:p>
            <w:r>
              <w:t>Datum:</w:t>
            </w:r>
          </w:p>
        </w:tc>
        <w:tc>
          <w:tcPr>
            <w:tcW w:type="dxa" w:w="2551"/>
          </w:tcPr>
          <w:p/>
        </w:tc>
        <w:tc>
          <w:tcPr>
            <w:tcW w:type="dxa" w:w="2551"/>
          </w:tcPr>
          <w:p>
            <w:r>
              <w:t>Podpis / razítko:</w:t>
            </w:r>
          </w:p>
        </w:tc>
        <w:tc>
          <w:tcPr>
            <w:tcW w:type="dxa" w:w="2551"/>
          </w:tcPr>
          <w:p/>
        </w:tc>
      </w:tr>
    </w:tbl>
    <w:p>
      <w:r>
        <w:rPr>
          <w:b/>
        </w:rPr>
        <w:t>Odeslat na: info@forfunagency.cz</w:t>
      </w:r>
    </w:p>
    <w:sectPr w:rsidR="00FC693F" w:rsidRPr="0006063C" w:rsidSect="00034616">
      <w:pgSz w:w="11906" w:h="16838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